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Model withdrawal form</w:t>
      </w:r>
    </w:p>
    <w:p>
      <w:pPr>
        <w:spacing w:after="360"/>
      </w:pPr>
      <w:r>
        <w:rPr>
          <w:i/>
        </w:rPr>
        <w:t>(complete and return this form only if you wish to withdraw from the contract)</w:t>
      </w:r>
    </w:p>
    <w:p>
      <w:pPr>
        <w:spacing w:after="240"/>
      </w:pPr>
      <w:r>
        <w:t>To Molecule Pet Bowl Europe, Zaagmolenkade 149, 3035 KD Rotterdam, Nederland, info@moleculepetbowl.eu:</w:t>
      </w:r>
    </w:p>
    <w:p>
      <w:pPr>
        <w:spacing w:after="120"/>
      </w:pPr>
      <w:r>
        <w:t>I/We (*) hereby give notice that I/We (*) withdraw from my/our (*) contract of sale of the following goods (*)/for the provision of the following service (*),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Ordered on (*)/received on (*),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Name of consumer(s),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Address of consumer(s),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Signature of consumer(s) (only if this form is notified on paper),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Date</w:t>
      </w:r>
    </w:p>
    <w:p>
      <w:r>
        <w:t>___________________________________________________________________________</w:t>
      </w:r>
    </w:p>
    <w:p>
      <w:pPr>
        <w:spacing w:before="480"/>
      </w:pPr>
      <w:r>
        <w:rPr>
          <w:sz w:val="18"/>
        </w:rPr>
        <w:t>(*) Delete as appropriate.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